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r>
        <w:rPr>
          <w:b w:val="0"/>
        </w:rPr>
        <w:t>Индивидуальному предпринимателю</w:t>
      </w:r>
    </w:p>
    <w:p>
      <w:pPr>
        <w:spacing w:after="40"/>
        <w:jc w:val="right"/>
      </w:pPr>
      <w:r>
        <w:rPr>
          <w:b w:val="0"/>
        </w:rPr>
        <w:t>Магула Марку Станиславовичу</w:t>
      </w:r>
    </w:p>
    <w:p>
      <w:pPr>
        <w:spacing w:after="40"/>
        <w:jc w:val="right"/>
      </w:pPr>
      <w:r>
        <w:rPr>
          <w:b w:val="0"/>
        </w:rPr>
        <w:t>ИНН 771872987670, ОГРНИП 324774600341534</w:t>
      </w:r>
    </w:p>
    <w:p>
      <w:pPr>
        <w:spacing w:after="40"/>
        <w:jc w:val="right"/>
      </w:pPr>
      <w:r>
        <w:rPr>
          <w:b w:val="0"/>
        </w:rPr>
        <w:t>e-mail: Lamansh@internet.ru</w:t>
      </w:r>
    </w:p>
    <w:p>
      <w:pPr>
        <w:spacing w:after="40"/>
        <w:jc w:val="right"/>
      </w:pPr>
      <w:r>
        <w:rPr>
          <w:b w:val="0"/>
        </w:rPr>
      </w:r>
    </w:p>
    <w:p>
      <w:pPr>
        <w:spacing w:after="40"/>
        <w:jc w:val="right"/>
      </w:pPr>
      <w:r>
        <w:rPr>
          <w:b w:val="0"/>
        </w:rPr>
        <w:t>от ______________________________________</w:t>
      </w:r>
    </w:p>
    <w:p>
      <w:pPr>
        <w:spacing w:after="40"/>
        <w:jc w:val="right"/>
      </w:pPr>
      <w:r>
        <w:rPr>
          <w:b w:val="0"/>
        </w:rPr>
        <w:t>(ФИО полностью)</w:t>
      </w:r>
    </w:p>
    <w:p>
      <w:pPr>
        <w:spacing w:after="40"/>
        <w:jc w:val="right"/>
      </w:pPr>
      <w:r>
        <w:rPr>
          <w:b w:val="0"/>
        </w:rPr>
        <w:t>тел. ____________________________________</w:t>
      </w:r>
    </w:p>
    <w:p>
      <w:pPr>
        <w:spacing w:after="40"/>
        <w:jc w:val="right"/>
      </w:pPr>
      <w:r>
        <w:rPr>
          <w:b w:val="0"/>
        </w:rPr>
        <w:t>e-mail __________________________________</w:t>
      </w:r>
    </w:p>
    <w:p>
      <w:pPr>
        <w:spacing w:after="80"/>
      </w:pPr>
      <w:r>
        <w:rPr>
          <w:b w:val="0"/>
        </w:rPr>
      </w:r>
    </w:p>
    <w:p>
      <w:pPr>
        <w:spacing w:after="80"/>
        <w:jc w:val="center"/>
      </w:pPr>
      <w:r>
        <w:rPr>
          <w:b/>
          <w:sz w:val="28"/>
        </w:rPr>
        <w:t>ЗАЯВЛЕНИЕ</w:t>
      </w:r>
    </w:p>
    <w:p>
      <w:pPr>
        <w:spacing w:after="240"/>
        <w:jc w:val="center"/>
      </w:pPr>
      <w:r>
        <w:rPr>
          <w:b w:val="0"/>
        </w:rPr>
        <w:t>на возврат / обмен товара</w:t>
      </w:r>
    </w:p>
    <w:p>
      <w:pPr>
        <w:spacing w:after="80"/>
      </w:pPr>
      <w:r>
        <w:rPr>
          <w:b w:val="0"/>
        </w:rPr>
        <w:t>Номер заказа на сайте лмх.com: LMH-______________________   дата заказа: «___» ____________ 20___ г.</w:t>
      </w:r>
    </w:p>
    <w:p>
      <w:pPr>
        <w:spacing w:after="200"/>
      </w:pPr>
      <w:r>
        <w:rPr>
          <w:b w:val="0"/>
        </w:rPr>
        <w:t>Товар получен: «___» ____________ 20___ г.</w:t>
      </w:r>
    </w:p>
    <w:p>
      <w:pPr>
        <w:spacing w:after="80"/>
      </w:pPr>
      <w:r>
        <w:rPr>
          <w:b/>
        </w:rPr>
        <w:t>Прошу (отметьте нужное):</w:t>
      </w:r>
    </w:p>
    <w:p>
      <w:pPr>
        <w:spacing w:after="60"/>
      </w:pPr>
      <w:r>
        <w:rPr>
          <w:b w:val="0"/>
        </w:rPr>
        <w:t>☐  принять возврат товара надлежащего качества и вернуть уплаченные денежные средства (ст. 26.1 Закона РФ «О защите прав потребителей»);</w:t>
      </w:r>
    </w:p>
    <w:p>
      <w:pPr>
        <w:spacing w:after="60"/>
      </w:pPr>
      <w:r>
        <w:rPr>
          <w:b w:val="0"/>
        </w:rPr>
        <w:t>☐  обменять товар на размер / модель: __________________________________;</w:t>
      </w:r>
    </w:p>
    <w:p>
      <w:pPr>
        <w:spacing w:after="60"/>
      </w:pPr>
      <w:r>
        <w:rPr>
          <w:b w:val="0"/>
        </w:rPr>
        <w:t>☐  в связи с недостатком товара вернуть денежные средства / заменить товар (ст. 18 Закона РФ «О защите прав потребителей»).</w:t>
      </w:r>
    </w:p>
    <w:p>
      <w:pPr>
        <w:spacing w:after="80"/>
      </w:pPr>
      <w:r>
        <w:rPr>
          <w:b w:val="0"/>
        </w:rPr>
      </w:r>
    </w:p>
    <w:p>
      <w:pPr>
        <w:spacing w:after="80"/>
      </w:pPr>
      <w:r>
        <w:rPr>
          <w:b/>
        </w:rPr>
        <w:t>Товар: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rPr>
          <w:trHeight w:val="454"/>
        </w:trPr>
        <w:tc>
          <w:tcPr>
            <w:tcW w:type="dxa" w:w="1994"/>
          </w:tcPr>
          <w:p>
            <w:r>
              <w:rPr>
                <w:b/>
              </w:rPr>
              <w:t>№</w:t>
            </w:r>
          </w:p>
        </w:tc>
        <w:tc>
          <w:tcPr>
            <w:tcW w:type="dxa" w:w="1994"/>
          </w:tcPr>
          <w:p>
            <w:r>
              <w:rPr>
                <w:b/>
              </w:rPr>
              <w:t>Наименование</w:t>
            </w:r>
          </w:p>
        </w:tc>
        <w:tc>
          <w:tcPr>
            <w:tcW w:type="dxa" w:w="1994"/>
          </w:tcPr>
          <w:p>
            <w:r>
              <w:rPr>
                <w:b/>
              </w:rPr>
              <w:t>Размер</w:t>
            </w:r>
          </w:p>
        </w:tc>
        <w:tc>
          <w:tcPr>
            <w:tcW w:type="dxa" w:w="1994"/>
          </w:tcPr>
          <w:p>
            <w:r>
              <w:rPr>
                <w:b/>
              </w:rPr>
              <w:t>Кол-во</w:t>
            </w:r>
          </w:p>
        </w:tc>
        <w:tc>
          <w:tcPr>
            <w:tcW w:type="dxa" w:w="1994"/>
          </w:tcPr>
          <w:p>
            <w:r>
              <w:rPr>
                <w:b/>
              </w:rPr>
              <w:t>Цена, ₽</w:t>
            </w:r>
          </w:p>
        </w:tc>
      </w:tr>
      <w:tr>
        <w:trPr>
          <w:trHeight w:val="454"/>
        </w:trP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rPr>
          <w:trHeight w:val="454"/>
        </w:trP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rPr>
          <w:trHeight w:val="454"/>
        </w:trP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rPr>
          <w:trHeight w:val="454"/>
        </w:trP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pPr>
        <w:spacing w:after="80"/>
      </w:pPr>
      <w:r>
        <w:rPr>
          <w:b w:val="0"/>
        </w:rPr>
      </w:r>
    </w:p>
    <w:p>
      <w:pPr>
        <w:spacing w:after="80"/>
      </w:pPr>
      <w:r>
        <w:rPr>
          <w:b/>
        </w:rPr>
        <w:t>Причина возврата / описание недостатка:</w:t>
      </w:r>
    </w:p>
    <w:p>
      <w:pPr>
        <w:spacing w:after="120"/>
      </w:pPr>
      <w:r>
        <w:rPr>
          <w:b w:val="0"/>
        </w:rPr>
        <w:t>______________________________________________________________________________________</w:t>
      </w:r>
    </w:p>
    <w:p>
      <w:pPr>
        <w:spacing w:after="120"/>
      </w:pPr>
      <w:r>
        <w:rPr>
          <w:b w:val="0"/>
        </w:rPr>
        <w:t>______________________________________________________________________________________</w:t>
      </w:r>
    </w:p>
    <w:p>
      <w:pPr>
        <w:spacing w:after="120"/>
      </w:pPr>
      <w:r>
        <w:rPr>
          <w:b w:val="0"/>
        </w:rPr>
        <w:t>______________________________________________________________________________________</w:t>
      </w:r>
    </w:p>
    <w:p>
      <w:pPr>
        <w:spacing w:after="120"/>
      </w:pPr>
      <w:r>
        <w:rPr>
          <w:b w:val="0"/>
        </w:rPr>
        <w:t>______________________________________________________________________________________</w:t>
      </w:r>
    </w:p>
    <w:p>
      <w:pPr>
        <w:spacing w:after="80"/>
      </w:pPr>
      <w:r>
        <w:rPr>
          <w:b w:val="0"/>
        </w:rPr>
      </w:r>
    </w:p>
    <w:p>
      <w:pPr>
        <w:spacing w:after="80"/>
      </w:pPr>
      <w:r>
        <w:rPr>
          <w:b w:val="0"/>
        </w:rPr>
        <w:t>Денежные средства прошу вернуть тем же способом, которым был оплачен заказ.</w:t>
      </w:r>
    </w:p>
    <w:p>
      <w:pPr>
        <w:spacing w:after="320"/>
      </w:pPr>
      <w:r>
        <w:rPr>
          <w:b w:val="0"/>
        </w:rPr>
        <w:t>К заявлению прилагаю фото товара и бирок (для брака — фото недостатка).</w:t>
      </w:r>
    </w:p>
    <w:p>
      <w:pPr>
        <w:spacing w:after="80"/>
      </w:pPr>
      <w:r>
        <w:rPr>
          <w:b w:val="0"/>
        </w:rPr>
        <w:t>Дата: «___» ____________ 20___ г.               Подпись: ______________ / ________________________</w:t>
      </w:r>
    </w:p>
    <w:p>
      <w:pPr>
        <w:spacing w:after="80"/>
      </w:pPr>
      <w:r>
        <w:rPr>
          <w:b w:val="0"/>
        </w:rPr>
      </w:r>
    </w:p>
    <w:p>
      <w:pPr>
        <w:spacing w:after="80"/>
      </w:pPr>
      <w:r>
        <w:rPr>
          <w:b w:val="0"/>
          <w:sz w:val="18"/>
        </w:rPr>
        <w:t>Заполненное заявление отправьте на Lamansh@internet.ru вместе с фото товара. Ответ — в течение 3 рабочих дней. Онлайн-форма: лмх.com/returns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